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CDEF2" w14:textId="313C0EEA" w:rsidR="00C04C98" w:rsidRDefault="00C27EC5" w:rsidP="00C27EC5">
      <w:pPr>
        <w:spacing w:after="20" w:line="240" w:lineRule="auto"/>
        <w:ind w:firstLine="720"/>
        <w:jc w:val="center"/>
        <w:rPr>
          <w:kern w:val="2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15068A" wp14:editId="3850F8CB">
            <wp:simplePos x="0" y="0"/>
            <wp:positionH relativeFrom="column">
              <wp:align>left</wp:align>
            </wp:positionH>
            <wp:positionV relativeFrom="paragraph">
              <wp:posOffset>28575</wp:posOffset>
            </wp:positionV>
            <wp:extent cx="1685925" cy="1636688"/>
            <wp:effectExtent l="0" t="0" r="0" b="1905"/>
            <wp:wrapSquare wrapText="bothSides"/>
            <wp:docPr id="204419519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B187757-1711-B905-4DEE-D08CD48E90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3B187757-1711-B905-4DEE-D08CD48E901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316" cy="16545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C98">
        <w:rPr>
          <w:rFonts w:ascii="Trebuchet MS" w:hAnsi="Trebuchet MS"/>
          <w:b/>
          <w:bCs/>
          <w:color w:val="222222"/>
          <w:sz w:val="28"/>
          <w:szCs w:val="28"/>
        </w:rPr>
        <w:t>Brotherhood of the Erikoussa Society</w:t>
      </w:r>
    </w:p>
    <w:p w14:paraId="70DC1F0E" w14:textId="3761F1A9" w:rsidR="00C04C98" w:rsidRDefault="00C04C98" w:rsidP="00C27EC5">
      <w:pPr>
        <w:spacing w:after="20" w:line="240" w:lineRule="auto"/>
        <w:jc w:val="center"/>
        <w:rPr>
          <w:kern w:val="2"/>
          <w14:ligatures w14:val="standardContextual"/>
        </w:rPr>
      </w:pPr>
      <w:r>
        <w:rPr>
          <w:rFonts w:ascii="Trebuchet MS" w:hAnsi="Trebuchet MS"/>
          <w:b/>
          <w:bCs/>
          <w:color w:val="444444"/>
        </w:rPr>
        <w:t>75th Anniversary Gala Event • Saturday, November 28, 2026</w:t>
      </w:r>
    </w:p>
    <w:p w14:paraId="18F1F274" w14:textId="2795B8A2" w:rsidR="00C04C98" w:rsidRDefault="00C04C98" w:rsidP="00C27EC5">
      <w:pPr>
        <w:spacing w:after="60" w:line="240" w:lineRule="auto"/>
        <w:jc w:val="center"/>
        <w:rPr>
          <w:kern w:val="2"/>
          <w14:ligatures w14:val="standardContextual"/>
        </w:rPr>
      </w:pPr>
      <w:r>
        <w:rPr>
          <w:rFonts w:ascii="Trebuchet MS" w:hAnsi="Trebuchet MS"/>
          <w:color w:val="666666"/>
          <w:sz w:val="18"/>
          <w:szCs w:val="18"/>
        </w:rPr>
        <w:t>Marina del Rey • Throggs Neck, New York</w:t>
      </w:r>
    </w:p>
    <w:p w14:paraId="03FED918" w14:textId="77777777" w:rsidR="00A652DC" w:rsidRDefault="00A652DC" w:rsidP="00C27EC5">
      <w:pPr>
        <w:spacing w:before="40" w:after="80" w:line="240" w:lineRule="auto"/>
        <w:jc w:val="center"/>
        <w:rPr>
          <w:kern w:val="2"/>
          <w14:ligatures w14:val="standardContextual"/>
        </w:rPr>
      </w:pPr>
      <w:r>
        <w:rPr>
          <w:rFonts w:ascii="Trebuchet MS" w:hAnsi="Trebuchet MS"/>
          <w:b/>
          <w:bCs/>
          <w:color w:val="111111"/>
          <w:sz w:val="24"/>
          <w:szCs w:val="24"/>
        </w:rPr>
        <w:t>COMMEMORATIVE JOURNAL ADVERTISEMENT FORM</w:t>
      </w:r>
    </w:p>
    <w:p w14:paraId="6FEC4BD5" w14:textId="77777777" w:rsidR="00C04C98" w:rsidRDefault="00C04C98" w:rsidP="00B9396E">
      <w:pPr>
        <w:spacing w:after="0" w:line="240" w:lineRule="auto"/>
        <w:jc w:val="center"/>
        <w:rPr>
          <w:kern w:val="2"/>
          <w14:ligatures w14:val="standardContextual"/>
        </w:rPr>
      </w:pPr>
      <w:r>
        <w:rPr>
          <w:rFonts w:ascii="Trebuchet MS" w:hAnsi="Trebuchet MS"/>
          <w:color w:val="444444"/>
          <w:sz w:val="18"/>
          <w:szCs w:val="18"/>
        </w:rPr>
        <w:t>Our commemorative journal supports the organization’s mission and future goals.</w:t>
      </w:r>
    </w:p>
    <w:p w14:paraId="6263BCC2" w14:textId="77777777" w:rsidR="00C04C98" w:rsidRDefault="00C04C98" w:rsidP="00C27EC5">
      <w:pPr>
        <w:spacing w:after="0" w:line="240" w:lineRule="auto"/>
        <w:jc w:val="center"/>
        <w:rPr>
          <w:kern w:val="2"/>
          <w14:ligatures w14:val="standardContextual"/>
        </w:rPr>
      </w:pPr>
      <w:r>
        <w:rPr>
          <w:rFonts w:ascii="Trebuchet MS" w:hAnsi="Trebuchet MS"/>
          <w:color w:val="444444"/>
          <w:sz w:val="18"/>
          <w:szCs w:val="18"/>
        </w:rPr>
        <w:t>Celebrate this milestone with a journal donation in one of the following forms:</w:t>
      </w:r>
    </w:p>
    <w:p w14:paraId="309B12E7" w14:textId="77777777" w:rsidR="00C04C98" w:rsidRDefault="00C04C98" w:rsidP="00C27EC5">
      <w:pPr>
        <w:spacing w:after="40" w:line="240" w:lineRule="auto"/>
        <w:jc w:val="center"/>
        <w:rPr>
          <w:kern w:val="2"/>
          <w14:ligatures w14:val="standardContextual"/>
        </w:rPr>
      </w:pPr>
      <w:r>
        <w:rPr>
          <w:rFonts w:ascii="Trebuchet MS" w:hAnsi="Trebuchet MS"/>
          <w:color w:val="333333"/>
          <w:sz w:val="17"/>
          <w:szCs w:val="17"/>
        </w:rPr>
        <w:t>Business Ads • Congratulatory Messages • Family Tributes • Memorial Dedications • Sponsor Acknowledgements</w:t>
      </w:r>
    </w:p>
    <w:p w14:paraId="65E687E4" w14:textId="77777777" w:rsidR="0043395C" w:rsidRDefault="0043395C" w:rsidP="00C27EC5">
      <w:pPr>
        <w:spacing w:before="20" w:after="0" w:line="240" w:lineRule="auto"/>
        <w:jc w:val="center"/>
        <w:rPr>
          <w:rFonts w:ascii="Trebuchet MS" w:hAnsi="Trebuchet MS"/>
          <w:color w:val="444444"/>
          <w:sz w:val="17"/>
          <w:szCs w:val="17"/>
        </w:rPr>
      </w:pPr>
    </w:p>
    <w:p w14:paraId="36644A94" w14:textId="4A1D6CDF" w:rsidR="00C04C98" w:rsidRDefault="00C04C98" w:rsidP="00C27EC5">
      <w:pPr>
        <w:spacing w:before="20" w:after="0" w:line="240" w:lineRule="auto"/>
        <w:jc w:val="center"/>
        <w:rPr>
          <w:rFonts w:ascii="Trebuchet MS" w:hAnsi="Trebuchet MS"/>
          <w:color w:val="444444"/>
          <w:sz w:val="17"/>
          <w:szCs w:val="17"/>
        </w:rPr>
      </w:pPr>
      <w:r>
        <w:rPr>
          <w:rFonts w:ascii="Trebuchet MS" w:hAnsi="Trebuchet MS"/>
          <w:color w:val="444444"/>
          <w:sz w:val="17"/>
          <w:szCs w:val="17"/>
        </w:rPr>
        <w:t xml:space="preserve">Your contribution to the </w:t>
      </w:r>
      <w:r>
        <w:rPr>
          <w:rFonts w:ascii="Trebuchet MS" w:hAnsi="Trebuchet MS"/>
          <w:b/>
          <w:bCs/>
          <w:color w:val="444444"/>
          <w:sz w:val="17"/>
          <w:szCs w:val="17"/>
        </w:rPr>
        <w:t>75th Gala Journal</w:t>
      </w:r>
      <w:r>
        <w:rPr>
          <w:rFonts w:ascii="Trebuchet MS" w:hAnsi="Trebuchet MS"/>
          <w:color w:val="444444"/>
          <w:sz w:val="17"/>
          <w:szCs w:val="17"/>
        </w:rPr>
        <w:t xml:space="preserve"> helps preserve and strengthen our organization for future generations.</w:t>
      </w:r>
    </w:p>
    <w:p w14:paraId="6F599493" w14:textId="77777777" w:rsidR="007902B5" w:rsidRDefault="007902B5" w:rsidP="00C27EC5">
      <w:pPr>
        <w:spacing w:before="20" w:after="0" w:line="240" w:lineRule="auto"/>
        <w:jc w:val="center"/>
        <w:rPr>
          <w:kern w:val="2"/>
          <w14:ligatures w14:val="standardContextual"/>
        </w:rPr>
      </w:pPr>
    </w:p>
    <w:p w14:paraId="0EFD7AC3" w14:textId="51D8D161" w:rsidR="00C04C98" w:rsidRPr="00B562DB" w:rsidRDefault="00C27EC5" w:rsidP="00C27EC5">
      <w:pPr>
        <w:spacing w:after="80" w:line="240" w:lineRule="auto"/>
        <w:jc w:val="center"/>
        <w:rPr>
          <w:kern w:val="2"/>
          <w:sz w:val="24"/>
          <w:szCs w:val="24"/>
          <w14:ligatures w14:val="standardContextual"/>
        </w:rPr>
      </w:pPr>
      <w:r w:rsidRPr="00B562DB">
        <w:rPr>
          <w:rFonts w:ascii="Trebuchet MS" w:hAnsi="Trebuchet MS"/>
          <w:color w:val="444444"/>
          <w:sz w:val="24"/>
          <w:szCs w:val="24"/>
        </w:rPr>
        <w:t xml:space="preserve">                        </w:t>
      </w:r>
      <w:r w:rsidR="00C04C98" w:rsidRPr="00B562DB">
        <w:rPr>
          <w:rFonts w:ascii="Trebuchet MS" w:hAnsi="Trebuchet MS"/>
          <w:color w:val="444444"/>
          <w:sz w:val="24"/>
          <w:szCs w:val="24"/>
        </w:rPr>
        <w:t>The President, Board Members, and 75th Gala Chair Committee thank you for your support.</w:t>
      </w:r>
    </w:p>
    <w:p w14:paraId="7FBEFF25" w14:textId="77777777" w:rsidR="00A652DC" w:rsidRDefault="00A652DC" w:rsidP="00A652DC">
      <w:pPr>
        <w:pStyle w:val="Heading1"/>
        <w:spacing w:line="240" w:lineRule="auto"/>
        <w:rPr>
          <w:rFonts w:ascii="Trebuchet MS" w:hAnsi="Trebuchet MS"/>
          <w:color w:val="111111"/>
          <w:sz w:val="17"/>
          <w:szCs w:val="17"/>
        </w:rPr>
      </w:pPr>
      <w:r>
        <w:rPr>
          <w:rFonts w:ascii="Trebuchet MS" w:hAnsi="Trebuchet MS"/>
          <w:color w:val="111111"/>
          <w:sz w:val="17"/>
          <w:szCs w:val="17"/>
        </w:rPr>
        <w:t>AD SIZES &amp; PRICING</w:t>
      </w:r>
    </w:p>
    <w:tbl>
      <w:tblPr>
        <w:tblW w:w="4670" w:type="dxa"/>
        <w:tblInd w:w="2" w:type="dxa"/>
        <w:tblLook w:val="04A0" w:firstRow="1" w:lastRow="0" w:firstColumn="1" w:lastColumn="0" w:noHBand="0" w:noVBand="1"/>
      </w:tblPr>
      <w:tblGrid>
        <w:gridCol w:w="2224"/>
        <w:gridCol w:w="633"/>
        <w:gridCol w:w="1792"/>
        <w:gridCol w:w="21"/>
      </w:tblGrid>
      <w:tr w:rsidR="00CF417C" w:rsidRPr="00CF417C" w14:paraId="18691EE1" w14:textId="77777777" w:rsidTr="007B6E21">
        <w:trPr>
          <w:gridAfter w:val="1"/>
          <w:wAfter w:w="21" w:type="dxa"/>
          <w:trHeight w:val="405"/>
        </w:trPr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7E62D" w14:textId="77777777" w:rsidR="00CF417C" w:rsidRPr="00CF417C" w:rsidRDefault="00CF417C" w:rsidP="00CF417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CF417C">
              <w:rPr>
                <w:rFonts w:ascii="Cambria" w:eastAsia="Times New Roman" w:hAnsi="Cambria" w:cs="Times New Roman"/>
                <w:color w:val="000000"/>
              </w:rPr>
              <w:t>Ad Type</w:t>
            </w:r>
          </w:p>
        </w:tc>
        <w:tc>
          <w:tcPr>
            <w:tcW w:w="24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630C1" w14:textId="77777777" w:rsidR="00CF417C" w:rsidRPr="00CF417C" w:rsidRDefault="00CF417C" w:rsidP="00CF417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CF417C">
              <w:rPr>
                <w:rFonts w:ascii="Cambria" w:eastAsia="Times New Roman" w:hAnsi="Cambria" w:cs="Times New Roman"/>
                <w:color w:val="000000"/>
              </w:rPr>
              <w:t>Price</w:t>
            </w:r>
          </w:p>
        </w:tc>
      </w:tr>
      <w:tr w:rsidR="00CF417C" w:rsidRPr="00CF417C" w14:paraId="72AD6AE9" w14:textId="77777777" w:rsidTr="007B6E21">
        <w:trPr>
          <w:gridAfter w:val="1"/>
          <w:wAfter w:w="21" w:type="dxa"/>
          <w:trHeight w:val="405"/>
        </w:trPr>
        <w:tc>
          <w:tcPr>
            <w:tcW w:w="2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D24B26" w14:textId="5A629CC0" w:rsidR="00CF417C" w:rsidRPr="00CF417C" w:rsidRDefault="00CF417C" w:rsidP="00CF417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CF417C">
              <w:rPr>
                <w:rFonts w:ascii="Cambria" w:eastAsia="Times New Roman" w:hAnsi="Cambria" w:cs="Times New Roman"/>
                <w:color w:val="000000"/>
              </w:rPr>
              <w:t>Full Page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99A722" w14:textId="77777777" w:rsidR="00CF417C" w:rsidRPr="00CF417C" w:rsidRDefault="00CF417C" w:rsidP="00CF417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CF417C">
              <w:rPr>
                <w:rFonts w:ascii="Cambria" w:eastAsia="Times New Roman" w:hAnsi="Cambria" w:cs="Times New Roman"/>
                <w:color w:val="000000"/>
              </w:rPr>
              <w:t>$500.00</w:t>
            </w:r>
          </w:p>
        </w:tc>
      </w:tr>
      <w:tr w:rsidR="00CF417C" w:rsidRPr="00CF417C" w14:paraId="6CBF3D5F" w14:textId="77777777" w:rsidTr="007B6E21">
        <w:trPr>
          <w:gridAfter w:val="1"/>
          <w:wAfter w:w="21" w:type="dxa"/>
          <w:trHeight w:val="405"/>
        </w:trPr>
        <w:tc>
          <w:tcPr>
            <w:tcW w:w="2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EB6941" w14:textId="77777777" w:rsidR="00CF417C" w:rsidRPr="00CF417C" w:rsidRDefault="00CF417C" w:rsidP="00CF417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CF417C">
              <w:rPr>
                <w:rFonts w:ascii="Cambria" w:eastAsia="Times New Roman" w:hAnsi="Cambria" w:cs="Times New Roman"/>
                <w:color w:val="000000"/>
              </w:rPr>
              <w:t>Half Page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3198C9" w14:textId="77777777" w:rsidR="00CF417C" w:rsidRPr="00CF417C" w:rsidRDefault="00CF417C" w:rsidP="00CF417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CF417C">
              <w:rPr>
                <w:rFonts w:ascii="Cambria" w:eastAsia="Times New Roman" w:hAnsi="Cambria" w:cs="Times New Roman"/>
                <w:color w:val="000000"/>
              </w:rPr>
              <w:t>$300.00</w:t>
            </w:r>
          </w:p>
        </w:tc>
      </w:tr>
      <w:tr w:rsidR="00CF417C" w:rsidRPr="00CF417C" w14:paraId="1289E1A6" w14:textId="77777777" w:rsidTr="007B6E21">
        <w:trPr>
          <w:gridAfter w:val="1"/>
          <w:wAfter w:w="21" w:type="dxa"/>
          <w:trHeight w:val="405"/>
        </w:trPr>
        <w:tc>
          <w:tcPr>
            <w:tcW w:w="464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FA25AFF" w14:textId="77777777" w:rsidR="00CF417C" w:rsidRPr="00CF417C" w:rsidRDefault="00CF417C" w:rsidP="00CF417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CF417C">
              <w:rPr>
                <w:rFonts w:ascii="Cambria" w:eastAsia="Times New Roman" w:hAnsi="Cambria" w:cs="Times New Roman"/>
                <w:color w:val="000000"/>
              </w:rPr>
              <w:t> </w:t>
            </w:r>
          </w:p>
        </w:tc>
      </w:tr>
      <w:tr w:rsidR="007B6E21" w:rsidRPr="007B6E21" w14:paraId="0838F3E4" w14:textId="77777777" w:rsidTr="007B6E21">
        <w:trPr>
          <w:trHeight w:val="315"/>
        </w:trPr>
        <w:tc>
          <w:tcPr>
            <w:tcW w:w="46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780EE0B" w14:textId="77777777" w:rsidR="007B6E21" w:rsidRPr="007B6E21" w:rsidRDefault="007B6E21" w:rsidP="007B6E2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7B6E21">
              <w:rPr>
                <w:rFonts w:ascii="Cambria" w:eastAsia="Times New Roman" w:hAnsi="Cambria" w:cs="Times New Roman"/>
                <w:b/>
                <w:bCs/>
                <w:color w:val="000000"/>
              </w:rPr>
              <w:t>Premium Ad Pages</w:t>
            </w:r>
          </w:p>
        </w:tc>
      </w:tr>
      <w:tr w:rsidR="007B6E21" w:rsidRPr="007B6E21" w14:paraId="50FB1382" w14:textId="77777777" w:rsidTr="007B6E21">
        <w:trPr>
          <w:trHeight w:val="315"/>
        </w:trPr>
        <w:tc>
          <w:tcPr>
            <w:tcW w:w="28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F127C8" w14:textId="77777777" w:rsidR="007B6E21" w:rsidRPr="007B6E21" w:rsidRDefault="007B6E21" w:rsidP="007B6E2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7B6E21">
              <w:rPr>
                <w:rFonts w:ascii="Cambria" w:eastAsia="Times New Roman" w:hAnsi="Cambria" w:cs="Times New Roman"/>
                <w:color w:val="000000"/>
              </w:rPr>
              <w:t>Inside Front Cover</w:t>
            </w:r>
          </w:p>
        </w:tc>
        <w:tc>
          <w:tcPr>
            <w:tcW w:w="18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8FCEBE" w14:textId="77777777" w:rsidR="007B6E21" w:rsidRPr="007B6E21" w:rsidRDefault="007B6E21" w:rsidP="007B6E2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7B6E21">
              <w:rPr>
                <w:rFonts w:ascii="Cambria" w:eastAsia="Times New Roman" w:hAnsi="Cambria" w:cs="Times New Roman"/>
                <w:color w:val="000000"/>
              </w:rPr>
              <w:t>$1,500.00</w:t>
            </w:r>
          </w:p>
        </w:tc>
      </w:tr>
      <w:tr w:rsidR="007B6E21" w:rsidRPr="007B6E21" w14:paraId="01336622" w14:textId="77777777" w:rsidTr="007B6E21">
        <w:trPr>
          <w:trHeight w:val="315"/>
        </w:trPr>
        <w:tc>
          <w:tcPr>
            <w:tcW w:w="28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283CD1" w14:textId="77777777" w:rsidR="007B6E21" w:rsidRPr="007B6E21" w:rsidRDefault="007B6E21" w:rsidP="007B6E2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7B6E21">
              <w:rPr>
                <w:rFonts w:ascii="Cambria" w:eastAsia="Times New Roman" w:hAnsi="Cambria" w:cs="Times New Roman"/>
                <w:color w:val="000000"/>
              </w:rPr>
              <w:t>Inside Back Cover</w:t>
            </w:r>
          </w:p>
        </w:tc>
        <w:tc>
          <w:tcPr>
            <w:tcW w:w="18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B1E88D" w14:textId="77777777" w:rsidR="007B6E21" w:rsidRPr="007B6E21" w:rsidRDefault="007B6E21" w:rsidP="007B6E2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7B6E21">
              <w:rPr>
                <w:rFonts w:ascii="Cambria" w:eastAsia="Times New Roman" w:hAnsi="Cambria" w:cs="Times New Roman"/>
                <w:color w:val="000000"/>
              </w:rPr>
              <w:t>$1,500.00</w:t>
            </w:r>
          </w:p>
        </w:tc>
      </w:tr>
      <w:tr w:rsidR="007B6E21" w:rsidRPr="007B6E21" w14:paraId="7644B54E" w14:textId="77777777" w:rsidTr="007B6E21">
        <w:trPr>
          <w:trHeight w:val="315"/>
        </w:trPr>
        <w:tc>
          <w:tcPr>
            <w:tcW w:w="28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E1D1F6" w14:textId="77777777" w:rsidR="007B6E21" w:rsidRPr="007B6E21" w:rsidRDefault="007B6E21" w:rsidP="007B6E2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7B6E21">
              <w:rPr>
                <w:rFonts w:ascii="Cambria" w:eastAsia="Times New Roman" w:hAnsi="Cambria" w:cs="Times New Roman"/>
                <w:color w:val="000000"/>
              </w:rPr>
              <w:t>Outside Back Cover</w:t>
            </w:r>
          </w:p>
        </w:tc>
        <w:tc>
          <w:tcPr>
            <w:tcW w:w="18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409945" w14:textId="77777777" w:rsidR="007B6E21" w:rsidRPr="007B6E21" w:rsidRDefault="007B6E21" w:rsidP="007B6E2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7B6E21">
              <w:rPr>
                <w:rFonts w:ascii="Cambria" w:eastAsia="Times New Roman" w:hAnsi="Cambria" w:cs="Times New Roman"/>
                <w:color w:val="000000"/>
              </w:rPr>
              <w:t>$2,000.00</w:t>
            </w:r>
          </w:p>
        </w:tc>
      </w:tr>
    </w:tbl>
    <w:p w14:paraId="73CE4AB7" w14:textId="77777777" w:rsidR="007C7DEC" w:rsidRPr="00CF417C" w:rsidRDefault="007C7DEC" w:rsidP="00CF417C"/>
    <w:p w14:paraId="09DDD878" w14:textId="77777777" w:rsidR="00A652DC" w:rsidRDefault="00A652DC" w:rsidP="00A652DC">
      <w:pPr>
        <w:pStyle w:val="Heading1"/>
        <w:spacing w:line="240" w:lineRule="auto"/>
        <w:rPr>
          <w:kern w:val="36"/>
          <w14:ligatures w14:val="standardContextual"/>
        </w:rPr>
      </w:pPr>
      <w:r>
        <w:rPr>
          <w:rFonts w:ascii="Trebuchet MS" w:hAnsi="Trebuchet MS"/>
          <w:color w:val="111111"/>
          <w:sz w:val="17"/>
          <w:szCs w:val="17"/>
        </w:rPr>
        <w:t>ADVERTISER INFORMATION</w:t>
      </w:r>
    </w:p>
    <w:p w14:paraId="683489D7" w14:textId="77777777" w:rsidR="00C04C98" w:rsidRDefault="00C04C98">
      <w:pPr>
        <w:spacing w:after="20" w:line="240" w:lineRule="auto"/>
        <w:rPr>
          <w:kern w:val="2"/>
          <w14:ligatures w14:val="standardContextual"/>
        </w:rPr>
      </w:pPr>
      <w:r>
        <w:rPr>
          <w:rFonts w:ascii="Trebuchet MS" w:hAnsi="Trebuchet MS"/>
          <w:color w:val="222222"/>
          <w:sz w:val="15"/>
          <w:szCs w:val="15"/>
        </w:rPr>
        <w:t>Organization/Company: ____________________ Contact Name: ____________________ Title: ____________________</w:t>
      </w:r>
    </w:p>
    <w:p w14:paraId="570D85B3" w14:textId="77777777" w:rsidR="00C04C98" w:rsidRDefault="00C04C98">
      <w:pPr>
        <w:spacing w:after="20" w:line="240" w:lineRule="auto"/>
        <w:rPr>
          <w:kern w:val="2"/>
          <w14:ligatures w14:val="standardContextual"/>
        </w:rPr>
      </w:pPr>
      <w:r>
        <w:rPr>
          <w:rFonts w:ascii="Trebuchet MS" w:hAnsi="Trebuchet MS"/>
          <w:color w:val="222222"/>
          <w:sz w:val="15"/>
          <w:szCs w:val="15"/>
        </w:rPr>
        <w:t>Address: ______________________________________________ City: __________________ State: ______ Zip: __________</w:t>
      </w:r>
    </w:p>
    <w:p w14:paraId="4E57C379" w14:textId="77777777" w:rsidR="00A652DC" w:rsidRDefault="00A652DC">
      <w:pPr>
        <w:spacing w:after="40" w:line="240" w:lineRule="auto"/>
        <w:rPr>
          <w:kern w:val="2"/>
          <w14:ligatures w14:val="standardContextual"/>
        </w:rPr>
      </w:pPr>
      <w:r>
        <w:rPr>
          <w:rFonts w:ascii="Trebuchet MS" w:hAnsi="Trebuchet MS"/>
          <w:color w:val="222222"/>
          <w:sz w:val="15"/>
          <w:szCs w:val="15"/>
        </w:rPr>
        <w:t>Phone: __________________ Email: ______________________________________________</w:t>
      </w:r>
    </w:p>
    <w:p w14:paraId="22B76323" w14:textId="77777777" w:rsidR="00A652DC" w:rsidRDefault="00A652DC" w:rsidP="00A652DC">
      <w:pPr>
        <w:pStyle w:val="Heading1"/>
        <w:spacing w:line="240" w:lineRule="auto"/>
        <w:rPr>
          <w:kern w:val="36"/>
          <w14:ligatures w14:val="standardContextual"/>
        </w:rPr>
      </w:pPr>
      <w:r>
        <w:rPr>
          <w:rFonts w:ascii="Trebuchet MS" w:hAnsi="Trebuchet MS"/>
          <w:color w:val="111111"/>
          <w:sz w:val="17"/>
          <w:szCs w:val="17"/>
        </w:rPr>
        <w:t>AD INFORMATION</w:t>
      </w:r>
    </w:p>
    <w:p w14:paraId="2C67CD2D" w14:textId="77777777" w:rsidR="00C04C98" w:rsidRDefault="00C04C98">
      <w:pPr>
        <w:spacing w:after="20" w:line="240" w:lineRule="auto"/>
        <w:rPr>
          <w:kern w:val="2"/>
          <w14:ligatures w14:val="standardContextual"/>
        </w:rPr>
      </w:pPr>
      <w:r>
        <w:rPr>
          <w:rFonts w:ascii="Trebuchet MS" w:hAnsi="Trebuchet MS"/>
          <w:color w:val="222222"/>
          <w:sz w:val="15"/>
          <w:szCs w:val="15"/>
        </w:rPr>
        <w:t xml:space="preserve">Ad Size (select one): </w:t>
      </w:r>
      <w:r>
        <w:rPr>
          <w:rFonts w:ascii="Segoe UI Symbol" w:hAnsi="Segoe UI Symbol"/>
          <w:color w:val="222222"/>
          <w:sz w:val="15"/>
          <w:szCs w:val="15"/>
        </w:rPr>
        <w:t>☐</w:t>
      </w:r>
      <w:r>
        <w:rPr>
          <w:rFonts w:ascii="Trebuchet MS" w:hAnsi="Trebuchet MS"/>
          <w:color w:val="222222"/>
          <w:sz w:val="15"/>
          <w:szCs w:val="15"/>
        </w:rPr>
        <w:t xml:space="preserve"> Full Page </w:t>
      </w:r>
      <w:r>
        <w:rPr>
          <w:rFonts w:ascii="Segoe UI Symbol" w:hAnsi="Segoe UI Symbol"/>
          <w:color w:val="222222"/>
          <w:sz w:val="15"/>
          <w:szCs w:val="15"/>
        </w:rPr>
        <w:t>☐</w:t>
      </w:r>
      <w:r>
        <w:rPr>
          <w:rFonts w:ascii="Trebuchet MS" w:hAnsi="Trebuchet MS"/>
          <w:color w:val="222222"/>
          <w:sz w:val="15"/>
          <w:szCs w:val="15"/>
        </w:rPr>
        <w:t xml:space="preserve"> Half Page </w:t>
      </w:r>
      <w:r>
        <w:rPr>
          <w:rFonts w:ascii="Segoe UI Symbol" w:hAnsi="Segoe UI Symbol"/>
          <w:color w:val="222222"/>
          <w:sz w:val="15"/>
          <w:szCs w:val="15"/>
        </w:rPr>
        <w:t>☐</w:t>
      </w:r>
      <w:r>
        <w:rPr>
          <w:rFonts w:ascii="Trebuchet MS" w:hAnsi="Trebuchet MS"/>
          <w:color w:val="222222"/>
          <w:sz w:val="15"/>
          <w:szCs w:val="15"/>
        </w:rPr>
        <w:t xml:space="preserve"> Business Card   Amount Enclosed: $__________________</w:t>
      </w:r>
    </w:p>
    <w:p w14:paraId="4A109BDD" w14:textId="77777777" w:rsidR="00C04C98" w:rsidRDefault="00C04C98">
      <w:pPr>
        <w:spacing w:after="20" w:line="240" w:lineRule="auto"/>
        <w:rPr>
          <w:kern w:val="2"/>
          <w14:ligatures w14:val="standardContextual"/>
        </w:rPr>
      </w:pPr>
      <w:r>
        <w:rPr>
          <w:rFonts w:ascii="Trebuchet MS" w:hAnsi="Trebuchet MS"/>
          <w:color w:val="222222"/>
          <w:sz w:val="15"/>
          <w:szCs w:val="15"/>
        </w:rPr>
        <w:t>Message/Instructions: ____________________________________________________________________________________</w:t>
      </w:r>
    </w:p>
    <w:p w14:paraId="6132AEB5" w14:textId="77777777" w:rsidR="00A652DC" w:rsidRDefault="00A652DC" w:rsidP="00A652DC">
      <w:pPr>
        <w:pStyle w:val="Heading1"/>
        <w:spacing w:line="240" w:lineRule="auto"/>
        <w:rPr>
          <w:kern w:val="36"/>
          <w14:ligatures w14:val="standardContextual"/>
        </w:rPr>
      </w:pPr>
      <w:r>
        <w:rPr>
          <w:rFonts w:ascii="Trebuchet MS" w:hAnsi="Trebuchet MS"/>
          <w:color w:val="111111"/>
          <w:sz w:val="17"/>
          <w:szCs w:val="17"/>
        </w:rPr>
        <w:t>AD SUBMISSION</w:t>
      </w:r>
    </w:p>
    <w:p w14:paraId="40532D0B" w14:textId="77777777" w:rsidR="00A652DC" w:rsidRDefault="00A652DC">
      <w:pPr>
        <w:spacing w:after="40" w:line="240" w:lineRule="auto"/>
        <w:rPr>
          <w:kern w:val="2"/>
          <w14:ligatures w14:val="standardContextual"/>
        </w:rPr>
      </w:pPr>
      <w:r>
        <w:rPr>
          <w:rFonts w:ascii="Trebuchet MS" w:hAnsi="Trebuchet MS"/>
          <w:color w:val="222222"/>
          <w:sz w:val="15"/>
          <w:szCs w:val="15"/>
        </w:rPr>
        <w:t>Submit artwork (print-ready PDF preferred) by email or upload link. Email: ______________________________ Upload Link: ______________________________</w:t>
      </w:r>
    </w:p>
    <w:p w14:paraId="0FDA666E" w14:textId="77777777" w:rsidR="00A652DC" w:rsidRDefault="00A652DC" w:rsidP="00A652DC">
      <w:pPr>
        <w:pStyle w:val="Heading1"/>
        <w:spacing w:line="240" w:lineRule="auto"/>
        <w:rPr>
          <w:kern w:val="36"/>
          <w14:ligatures w14:val="standardContextual"/>
        </w:rPr>
      </w:pPr>
      <w:r>
        <w:rPr>
          <w:rFonts w:ascii="Trebuchet MS" w:hAnsi="Trebuchet MS"/>
          <w:color w:val="111111"/>
          <w:sz w:val="17"/>
          <w:szCs w:val="17"/>
        </w:rPr>
        <w:t>PAYMENT INFORMATION</w:t>
      </w:r>
    </w:p>
    <w:p w14:paraId="74F2C91E" w14:textId="77777777" w:rsidR="00C04C98" w:rsidRDefault="00C04C98">
      <w:pPr>
        <w:spacing w:after="20" w:line="240" w:lineRule="auto"/>
        <w:rPr>
          <w:kern w:val="2"/>
          <w14:ligatures w14:val="standardContextual"/>
        </w:rPr>
      </w:pPr>
      <w:r>
        <w:rPr>
          <w:rFonts w:ascii="Segoe UI Symbol" w:hAnsi="Segoe UI Symbol"/>
          <w:color w:val="222222"/>
          <w:sz w:val="15"/>
          <w:szCs w:val="15"/>
        </w:rPr>
        <w:t>☐</w:t>
      </w:r>
      <w:r>
        <w:rPr>
          <w:rFonts w:ascii="Trebuchet MS" w:hAnsi="Trebuchet MS"/>
          <w:color w:val="222222"/>
          <w:sz w:val="15"/>
          <w:szCs w:val="15"/>
        </w:rPr>
        <w:t xml:space="preserve"> Check Enclosed (Payable to __________________)   </w:t>
      </w:r>
      <w:r>
        <w:rPr>
          <w:rFonts w:ascii="Segoe UI Symbol" w:hAnsi="Segoe UI Symbol"/>
          <w:color w:val="222222"/>
          <w:sz w:val="15"/>
          <w:szCs w:val="15"/>
        </w:rPr>
        <w:t>☐</w:t>
      </w:r>
      <w:r>
        <w:rPr>
          <w:rFonts w:ascii="Trebuchet MS" w:hAnsi="Trebuchet MS"/>
          <w:color w:val="222222"/>
          <w:sz w:val="15"/>
          <w:szCs w:val="15"/>
        </w:rPr>
        <w:t xml:space="preserve"> Cash   </w:t>
      </w:r>
      <w:r>
        <w:rPr>
          <w:rFonts w:ascii="Segoe UI Symbol" w:hAnsi="Segoe UI Symbol"/>
          <w:color w:val="222222"/>
          <w:sz w:val="15"/>
          <w:szCs w:val="15"/>
        </w:rPr>
        <w:t>☐</w:t>
      </w:r>
      <w:r>
        <w:rPr>
          <w:rFonts w:ascii="Trebuchet MS" w:hAnsi="Trebuchet MS"/>
          <w:color w:val="222222"/>
          <w:sz w:val="15"/>
          <w:szCs w:val="15"/>
        </w:rPr>
        <w:t xml:space="preserve"> Credit Card</w:t>
      </w:r>
    </w:p>
    <w:p w14:paraId="32F67783" w14:textId="77777777" w:rsidR="00A652DC" w:rsidRDefault="00A652DC">
      <w:pPr>
        <w:spacing w:after="40" w:line="240" w:lineRule="auto"/>
        <w:rPr>
          <w:kern w:val="2"/>
          <w14:ligatures w14:val="standardContextual"/>
        </w:rPr>
      </w:pPr>
      <w:r>
        <w:rPr>
          <w:rFonts w:ascii="Trebuchet MS" w:hAnsi="Trebuchet MS"/>
          <w:color w:val="222222"/>
          <w:sz w:val="15"/>
          <w:szCs w:val="15"/>
        </w:rPr>
        <w:t>Name on Card: __________________ Card Number: __________________ Exp. Date: ______ CVV: _____ Zip: _____ Signature: __________________</w:t>
      </w:r>
    </w:p>
    <w:p w14:paraId="7403134C" w14:textId="77777777" w:rsidR="00A652DC" w:rsidRDefault="00A652DC" w:rsidP="00A652DC">
      <w:pPr>
        <w:pStyle w:val="Heading1"/>
        <w:spacing w:line="240" w:lineRule="auto"/>
        <w:rPr>
          <w:kern w:val="36"/>
          <w14:ligatures w14:val="standardContextual"/>
        </w:rPr>
      </w:pPr>
      <w:r>
        <w:rPr>
          <w:rFonts w:ascii="Trebuchet MS" w:hAnsi="Trebuchet MS"/>
          <w:color w:val="111111"/>
          <w:sz w:val="17"/>
          <w:szCs w:val="17"/>
        </w:rPr>
        <w:t>DEADLINE</w:t>
      </w:r>
    </w:p>
    <w:p w14:paraId="5A66E199" w14:textId="77777777" w:rsidR="00C04C98" w:rsidRDefault="00C04C98">
      <w:pPr>
        <w:spacing w:after="20" w:line="240" w:lineRule="auto"/>
        <w:rPr>
          <w:kern w:val="2"/>
          <w14:ligatures w14:val="standardContextual"/>
        </w:rPr>
      </w:pPr>
      <w:r>
        <w:rPr>
          <w:rFonts w:ascii="Trebuchet MS" w:hAnsi="Trebuchet MS"/>
          <w:color w:val="222222"/>
          <w:sz w:val="15"/>
          <w:szCs w:val="15"/>
        </w:rPr>
        <w:t xml:space="preserve">All ad materials and payments must be received by </w:t>
      </w:r>
      <w:r>
        <w:rPr>
          <w:rFonts w:ascii="Trebuchet MS" w:hAnsi="Trebuchet MS"/>
          <w:b/>
          <w:bCs/>
          <w:color w:val="222222"/>
          <w:sz w:val="15"/>
          <w:szCs w:val="15"/>
        </w:rPr>
        <w:t>Thursday, October 15, 2026</w:t>
      </w:r>
      <w:r>
        <w:rPr>
          <w:rFonts w:ascii="Trebuchet MS" w:hAnsi="Trebuchet MS"/>
          <w:color w:val="222222"/>
          <w:sz w:val="15"/>
          <w:szCs w:val="15"/>
        </w:rPr>
        <w:t>.</w:t>
      </w:r>
    </w:p>
    <w:p w14:paraId="57095759" w14:textId="77777777" w:rsidR="00A652DC" w:rsidRDefault="00A652DC" w:rsidP="00A652DC">
      <w:pPr>
        <w:pStyle w:val="Heading1"/>
        <w:spacing w:line="240" w:lineRule="auto"/>
        <w:rPr>
          <w:kern w:val="36"/>
          <w14:ligatures w14:val="standardContextual"/>
        </w:rPr>
      </w:pPr>
      <w:r>
        <w:rPr>
          <w:rFonts w:ascii="Trebuchet MS" w:hAnsi="Trebuchet MS"/>
          <w:color w:val="111111"/>
          <w:sz w:val="17"/>
          <w:szCs w:val="17"/>
        </w:rPr>
        <w:t>SEND FORM &amp; PAYMENT TO</w:t>
      </w:r>
    </w:p>
    <w:p w14:paraId="7A7FB81B" w14:textId="77777777" w:rsidR="00C04C98" w:rsidRDefault="00C04C98">
      <w:pPr>
        <w:spacing w:after="20" w:line="240" w:lineRule="auto"/>
        <w:rPr>
          <w:kern w:val="2"/>
          <w14:ligatures w14:val="standardContextual"/>
        </w:rPr>
      </w:pPr>
      <w:r>
        <w:rPr>
          <w:rFonts w:ascii="Trebuchet MS" w:hAnsi="Trebuchet MS"/>
          <w:color w:val="222222"/>
          <w:sz w:val="15"/>
          <w:szCs w:val="15"/>
        </w:rPr>
        <w:t>Miss Maria Katehis, Attn: 75th Gala Chair Committee, 3170 Spencer Drive, Bronx, NY 10465, Phone: (917) 767-9292, Email: mkatehis@verizon.net</w:t>
      </w:r>
    </w:p>
    <w:p w14:paraId="1A3611EB" w14:textId="77777777" w:rsidR="00A652DC" w:rsidRPr="007B6E21" w:rsidRDefault="00A652DC">
      <w:pPr>
        <w:spacing w:before="40" w:after="0" w:line="240" w:lineRule="auto"/>
        <w:jc w:val="center"/>
        <w:rPr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7B6E21">
        <w:rPr>
          <w:rFonts w:ascii="Trebuchet MS" w:hAnsi="Trebuchet MS"/>
          <w:b/>
          <w:bCs/>
          <w:color w:val="000000" w:themeColor="text1"/>
          <w:sz w:val="28"/>
          <w:szCs w:val="28"/>
        </w:rPr>
        <w:t>Thank you for celebrating 75 years with us.</w:t>
      </w:r>
    </w:p>
    <w:sectPr w:rsidR="00A652DC" w:rsidRPr="007B6E21" w:rsidSect="00352729">
      <w:pgSz w:w="12240" w:h="15840" w:code="1"/>
      <w:pgMar w:top="864" w:right="144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812228"/>
    <w:multiLevelType w:val="hybridMultilevel"/>
    <w:tmpl w:val="40E03C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86B24"/>
    <w:multiLevelType w:val="hybridMultilevel"/>
    <w:tmpl w:val="1C46EA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2917782">
    <w:abstractNumId w:val="8"/>
  </w:num>
  <w:num w:numId="2" w16cid:durableId="1417677085">
    <w:abstractNumId w:val="6"/>
  </w:num>
  <w:num w:numId="3" w16cid:durableId="1721788134">
    <w:abstractNumId w:val="5"/>
  </w:num>
  <w:num w:numId="4" w16cid:durableId="1897006149">
    <w:abstractNumId w:val="4"/>
  </w:num>
  <w:num w:numId="5" w16cid:durableId="2104109076">
    <w:abstractNumId w:val="7"/>
  </w:num>
  <w:num w:numId="6" w16cid:durableId="1686126199">
    <w:abstractNumId w:val="3"/>
  </w:num>
  <w:num w:numId="7" w16cid:durableId="1631672310">
    <w:abstractNumId w:val="2"/>
  </w:num>
  <w:num w:numId="8" w16cid:durableId="1411930686">
    <w:abstractNumId w:val="1"/>
  </w:num>
  <w:num w:numId="9" w16cid:durableId="1319260668">
    <w:abstractNumId w:val="0"/>
  </w:num>
  <w:num w:numId="10" w16cid:durableId="1468814318">
    <w:abstractNumId w:val="9"/>
  </w:num>
  <w:num w:numId="11" w16cid:durableId="16537571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56F"/>
    <w:rsid w:val="00034616"/>
    <w:rsid w:val="0006063C"/>
    <w:rsid w:val="000854F1"/>
    <w:rsid w:val="00114656"/>
    <w:rsid w:val="0015074B"/>
    <w:rsid w:val="00266BDD"/>
    <w:rsid w:val="00287ABD"/>
    <w:rsid w:val="0029639D"/>
    <w:rsid w:val="002A3D87"/>
    <w:rsid w:val="00326F90"/>
    <w:rsid w:val="00352729"/>
    <w:rsid w:val="003A02A8"/>
    <w:rsid w:val="003B4752"/>
    <w:rsid w:val="003E29E0"/>
    <w:rsid w:val="003E37A4"/>
    <w:rsid w:val="0043395C"/>
    <w:rsid w:val="00460867"/>
    <w:rsid w:val="004958B5"/>
    <w:rsid w:val="005707AE"/>
    <w:rsid w:val="00592166"/>
    <w:rsid w:val="005A60DB"/>
    <w:rsid w:val="005E41CC"/>
    <w:rsid w:val="006107AF"/>
    <w:rsid w:val="00687790"/>
    <w:rsid w:val="006D117B"/>
    <w:rsid w:val="007113A1"/>
    <w:rsid w:val="00761033"/>
    <w:rsid w:val="007759C3"/>
    <w:rsid w:val="007902B5"/>
    <w:rsid w:val="007A39FC"/>
    <w:rsid w:val="007B6E21"/>
    <w:rsid w:val="007C6766"/>
    <w:rsid w:val="007C7DEC"/>
    <w:rsid w:val="007F33A1"/>
    <w:rsid w:val="007F37BF"/>
    <w:rsid w:val="00883632"/>
    <w:rsid w:val="00904DEA"/>
    <w:rsid w:val="0096499B"/>
    <w:rsid w:val="009A2520"/>
    <w:rsid w:val="00A2205A"/>
    <w:rsid w:val="00A652DC"/>
    <w:rsid w:val="00A7461E"/>
    <w:rsid w:val="00A74EC0"/>
    <w:rsid w:val="00AA1D8D"/>
    <w:rsid w:val="00AB7A29"/>
    <w:rsid w:val="00AD2B38"/>
    <w:rsid w:val="00B47730"/>
    <w:rsid w:val="00B562DB"/>
    <w:rsid w:val="00B9396E"/>
    <w:rsid w:val="00BD6995"/>
    <w:rsid w:val="00C04C98"/>
    <w:rsid w:val="00C13C84"/>
    <w:rsid w:val="00C27EC5"/>
    <w:rsid w:val="00CB0664"/>
    <w:rsid w:val="00CD6298"/>
    <w:rsid w:val="00CF417C"/>
    <w:rsid w:val="00E032C7"/>
    <w:rsid w:val="00E83DCD"/>
    <w:rsid w:val="00E8698A"/>
    <w:rsid w:val="00E948A5"/>
    <w:rsid w:val="00FB7EFE"/>
    <w:rsid w:val="00FC693F"/>
    <w:rsid w:val="00FD0F1B"/>
    <w:rsid w:val="00FE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30"/>
  <w15:docId w15:val="{6D69A6A9-BF0C-4F4F-98A7-3DFCE2545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883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Greek Angie</cp:lastModifiedBy>
  <cp:revision>2</cp:revision>
  <cp:lastPrinted>2026-05-21T18:15:00Z</cp:lastPrinted>
  <dcterms:created xsi:type="dcterms:W3CDTF">2026-07-16T13:29:00Z</dcterms:created>
  <dcterms:modified xsi:type="dcterms:W3CDTF">2026-07-16T13:29:00Z</dcterms:modified>
  <cp:category/>
</cp:coreProperties>
</file>